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五年級健康教育測驗卷</w:t>
      </w:r>
    </w:p>
    <w:p>
      <w:r>
        <w:t>單元：齲齒風險評估與預防</w:t>
      </w:r>
    </w:p>
    <w:p>
      <w:r>
        <w:t>班級：______　座號：______　姓名：______　成績：______</w:t>
      </w:r>
    </w:p>
    <w:p>
      <w:r>
        <w:br/>
      </w:r>
    </w:p>
    <w:p>
      <w:pPr>
        <w:pStyle w:val="Heading2"/>
      </w:pPr>
      <w:r>
        <w:t>一、選擇題（每題10分，共50分）</w:t>
      </w:r>
    </w:p>
    <w:p>
      <w:r>
        <w:t>（　）1. 造成蛀牙的主要原因是：</w:t>
        <w:br/>
        <w:t>A. 牙齒太白</w:t>
        <w:br/>
        <w:t>B. 細菌分解糖類後產生酸</w:t>
        <w:br/>
        <w:t>C. 喝太多水</w:t>
        <w:br/>
        <w:t>D. 不吃蔬菜</w:t>
      </w:r>
    </w:p>
    <w:p/>
    <w:p>
      <w:r>
        <w:t>（　）2. 下列哪一項屬於齲齒「高風險因子」？</w:t>
        <w:br/>
        <w:t>A. 每天使用含氟牙膏</w:t>
        <w:br/>
        <w:t>B. 定期看牙醫</w:t>
        <w:br/>
        <w:t>C. 一天喝三次以上含糖飲料</w:t>
        <w:br/>
        <w:t>D. 定期塗氟</w:t>
      </w:r>
    </w:p>
    <w:p/>
    <w:p>
      <w:r>
        <w:t>（　）3. 下列哪一項「不是」保護牙齒的方法？</w:t>
        <w:br/>
        <w:t>A. 使用1000ppm以上含氟牙膏</w:t>
        <w:br/>
        <w:t>B. 定期接受牙醫檢查</w:t>
        <w:br/>
        <w:t>C. 睡前喝含糖飲料</w:t>
        <w:br/>
        <w:t>D. 接受專業塗氟</w:t>
      </w:r>
    </w:p>
    <w:p/>
    <w:p>
      <w:r>
        <w:t>（　）4. 如果牙齒出現白斑病變，表示：</w:t>
        <w:br/>
        <w:t>A. 牙齒很健康</w:t>
        <w:br/>
        <w:t>B. 可能是蛀牙初期現象</w:t>
        <w:br/>
        <w:t>C. 不需要理會</w:t>
        <w:br/>
        <w:t>D. 牙齒更強壯</w:t>
      </w:r>
    </w:p>
    <w:p/>
    <w:p>
      <w:r>
        <w:t>（　）5. 齲齒風險評估的主要目的為：</w:t>
        <w:br/>
        <w:t>A. 比較誰蛀牙多</w:t>
        <w:br/>
        <w:t>B. 決定適合的預防與治療方式</w:t>
        <w:br/>
        <w:t>C. 減少刷牙次數</w:t>
        <w:br/>
        <w:t>D. 不用看牙醫</w:t>
      </w:r>
    </w:p>
    <w:p/>
    <w:p>
      <w:pPr>
        <w:pStyle w:val="Heading2"/>
      </w:pPr>
      <w:r>
        <w:t>二、是非題（每題5分，共20分）</w:t>
      </w:r>
    </w:p>
    <w:p>
      <w:r>
        <w:t>（　）6. 每天使用含氟牙膏可以幫助預防蛀牙。</w:t>
      </w:r>
    </w:p>
    <w:p>
      <w:r>
        <w:t>（　）7. 只要現在沒有蛀牙，就不需要定期看牙醫。</w:t>
      </w:r>
    </w:p>
    <w:p>
      <w:r>
        <w:t>（　）8. 睡前喝含糖奶瓶會增加蛀牙風險。</w:t>
      </w:r>
    </w:p>
    <w:p>
      <w:r>
        <w:t>（　）9. 口內變形鏈球菌增加，會提高蛀牙機率。</w:t>
      </w:r>
    </w:p>
    <w:p>
      <w:r>
        <w:br/>
      </w:r>
    </w:p>
    <w:p>
      <w:pPr>
        <w:pStyle w:val="Heading2"/>
      </w:pPr>
      <w:r>
        <w:t>三、簡答題（每題15分，共30分）</w:t>
      </w:r>
    </w:p>
    <w:p>
      <w:r>
        <w:t>10. 請寫出「兩種」可以預防蛀牙的方法。</w:t>
      </w:r>
    </w:p>
    <w:p>
      <w:r>
        <w:t>答：__________________________________________________________</w:t>
      </w:r>
    </w:p>
    <w:p>
      <w:r>
        <w:t>______________________________________________________________</w:t>
      </w:r>
    </w:p>
    <w:p/>
    <w:p>
      <w:r>
        <w:t>11. 為什麼要定期做齲齒風險評估？請簡單說明。</w:t>
      </w:r>
    </w:p>
    <w:p>
      <w:r>
        <w:t>答：__________________________________________________________</w:t>
      </w:r>
    </w:p>
    <w:p>
      <w:r>
        <w:t>______________________________________________________________</w:t>
      </w:r>
    </w:p>
    <w:p>
      <w:r>
        <w:t>______________________________________________________________</w:t>
      </w:r>
    </w:p>
    <w:p>
      <w:r>
        <w:br w:type="page"/>
      </w:r>
    </w:p>
    <w:p>
      <w:pPr>
        <w:pStyle w:val="Heading1"/>
        <w:jc w:val="center"/>
      </w:pPr>
      <w:r>
        <w:t>答案卷</w:t>
      </w:r>
    </w:p>
    <w:p>
      <w:pPr>
        <w:pStyle w:val="Heading2"/>
      </w:pPr>
      <w:r>
        <w:t>一、選擇題</w:t>
      </w:r>
    </w:p>
    <w:p>
      <w:r>
        <w:t>1. B</w:t>
        <w:br/>
        <w:t>2. C</w:t>
        <w:br/>
        <w:t>3. C</w:t>
        <w:br/>
        <w:t>4. B</w:t>
        <w:br/>
        <w:t>5. B</w:t>
      </w:r>
    </w:p>
    <w:p>
      <w:pPr>
        <w:pStyle w:val="Heading2"/>
      </w:pPr>
      <w:r>
        <w:t>二、是非題</w:t>
      </w:r>
    </w:p>
    <w:p>
      <w:r>
        <w:t>6. ○</w:t>
        <w:br/>
        <w:t>7. ✕</w:t>
        <w:br/>
        <w:t>8. ○</w:t>
        <w:br/>
        <w:t>9. ○</w:t>
      </w:r>
    </w:p>
    <w:p>
      <w:pPr>
        <w:pStyle w:val="Heading2"/>
      </w:pPr>
      <w:r>
        <w:t>三、簡答題（參考答案）</w:t>
      </w:r>
    </w:p>
    <w:p>
      <w:r>
        <w:t>10.（任答兩項即可）</w:t>
      </w:r>
    </w:p>
    <w:p>
      <w:r>
        <w:t>✔ 每天使用含氟牙膏刷牙</w:t>
      </w:r>
    </w:p>
    <w:p>
      <w:r>
        <w:t>✔ 定期看牙醫</w:t>
      </w:r>
    </w:p>
    <w:p>
      <w:r>
        <w:t>✔ 接受專業塗氟</w:t>
      </w:r>
    </w:p>
    <w:p>
      <w:r>
        <w:t>✔ 少吃糖、少喝含糖飲料</w:t>
      </w:r>
    </w:p>
    <w:p>
      <w:r>
        <w:t>✔ 使用含氟水或氟錠</w:t>
      </w:r>
    </w:p>
    <w:p>
      <w:r>
        <w:br/>
        <w:t>11.</w:t>
      </w:r>
    </w:p>
    <w:p>
      <w:r>
        <w:t>✔ 了解個人蛀牙風險高低</w:t>
      </w:r>
    </w:p>
    <w:p>
      <w:r>
        <w:t>✔ 幫助牙醫決定預防與治療方式</w:t>
      </w:r>
    </w:p>
    <w:p>
      <w:r>
        <w:t>✔ 及早發現問題，避免蛀牙惡化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標楷體" w:hAnsi="標楷體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